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ARTIFICIAL INTELLIGENCE LABORATORY</w:t>
      </w:r>
    </w:p>
    <w:p>
      <w:pPr>
        <w:jc w:val="center"/>
      </w:pPr>
      <w:r>
        <w:rPr>
          <w:b/>
          <w:color w:val="1F4E79"/>
          <w:sz w:val="36"/>
        </w:rPr>
        <w:t>Practical Programs &amp; Viva Preparation</w:t>
      </w:r>
    </w:p>
    <w:p>
      <w:pPr>
        <w:jc w:val="center"/>
      </w:pPr>
      <w:r>
        <w:rPr>
          <w:sz w:val="22"/>
        </w:rPr>
        <w:t>SPPU • Third Year Computer Engineering • 2024 Pattern</w:t>
        <w:br/>
        <w:t>Course: PCC304COM</w:t>
      </w:r>
    </w:p>
    <w:p/>
    <w:p>
      <w:r>
        <w:t>This guide covers the 14 practical statements listed in Part A and Part B of the supplied AI Laboratory syllabus. The syllabus says ‘Any FOUR’ from each part; this guide includes all seven from both parts for preparation.</w:t>
      </w:r>
    </w:p>
    <w:p>
      <w:r>
        <w:t>Recommended environment: Python 3.x and VS Code. The syllabus specifies the problem statements and AI techniques, not a compulsory programming language.</w:t>
      </w:r>
    </w:p>
    <w:p>
      <w:pPr>
        <w:pStyle w:val="Heading1"/>
      </w:pPr>
      <w:r>
        <w:t>How to prepare for the practical exam</w:t>
      </w:r>
    </w:p>
    <w:p>
      <w:pPr>
        <w:pStyle w:val="ListBullet"/>
      </w:pPr>
      <w:r>
        <w:t>Understand the problem statement, input/state representation, algorithm, and stopping condition before memorising code.</w:t>
      </w:r>
    </w:p>
    <w:p>
      <w:pPr>
        <w:pStyle w:val="ListBullet"/>
      </w:pPr>
      <w:r>
        <w:t>Run every program at least once. Be ready to explain important functions and modify a small input.</w:t>
      </w:r>
    </w:p>
    <w:p>
      <w:pPr>
        <w:pStyle w:val="ListBullet"/>
      </w:pPr>
      <w:r>
        <w:t>For search algorithms, explain the initial state, goal state, successor states, visited set/queue/stack, and path or solution.</w:t>
      </w:r>
    </w:p>
    <w:p>
      <w:pPr>
        <w:pStyle w:val="ListBullet"/>
      </w:pPr>
      <w:r>
        <w:t>For game algorithms, explain MAX, MIN, utility values, terminal states, and how the best move is selected.</w:t>
      </w:r>
    </w:p>
    <w:p>
      <w:pPr>
        <w:pStyle w:val="ListBullet"/>
      </w:pPr>
      <w:r>
        <w:t>The university guideline emphasizes satisfactory implementation and understanding of fundamentals. Your examiner may ask you to explain or modify the implementation.</w:t>
      </w:r>
    </w:p>
    <w:p>
      <w:pPr>
        <w:pStyle w:val="Heading1"/>
      </w:pPr>
      <w:r>
        <w:t>Contents</w:t>
      </w:r>
    </w:p>
    <w:p>
      <w:r>
        <w:t>PART A – Intelligent Agents and Search (Practical 1–7)</w:t>
      </w:r>
    </w:p>
    <w:p>
      <w:r>
        <w:t>1. Simple Reflex Vacuum Cleaner Agent</w:t>
      </w:r>
    </w:p>
    <w:p>
      <w:r>
        <w:t>2. Model-Based Grid Navigation Agent</w:t>
      </w:r>
    </w:p>
    <w:p>
      <w:r>
        <w:t>3. A* Search for 8-Puzzle</w:t>
      </w:r>
    </w:p>
    <w:p>
      <w:r>
        <w:t>4. Adversarial Search with Alpha-Beta Pruning</w:t>
      </w:r>
    </w:p>
    <w:p>
      <w:r>
        <w:t>5. Tower of Hanoi using State-Space Search</w:t>
      </w:r>
    </w:p>
    <w:p>
      <w:r>
        <w:t>6. Sudoku using Backtracking and Constraint Propagation</w:t>
      </w:r>
    </w:p>
    <w:p>
      <w:r>
        <w:t>7. Local Beam Search for TSP</w:t>
      </w:r>
    </w:p>
    <w:p>
      <w:r>
        <w:t>PART B – Problem Solving, CSP, Chatbot and Planning (Practical 8–14)</w:t>
      </w:r>
    </w:p>
    <w:p>
      <w:r>
        <w:t>8. BFS for Robot Path Planning</w:t>
      </w:r>
    </w:p>
    <w:p>
      <w:r>
        <w:t>9. DFS for Water Jug Problem</w:t>
      </w:r>
    </w:p>
    <w:p>
      <w:r>
        <w:t>10. Backtracking for 8-Queens</w:t>
      </w:r>
    </w:p>
    <w:p>
      <w:r>
        <w:t>11. Rule-Based Chatbot</w:t>
      </w:r>
    </w:p>
    <w:p>
      <w:r>
        <w:t>12. Higher/Lower Number Guessing Agent</w:t>
      </w:r>
    </w:p>
    <w:p>
      <w:r>
        <w:t>13. Goal Stack Planning for Blocks World</w:t>
      </w:r>
    </w:p>
    <w:p>
      <w:r>
        <w:t>14. Minimax Game-Playing Agent</w:t>
      </w:r>
    </w:p>
    <w:p>
      <w:r>
        <w:t>Common Viva Questions and Last-Minute Revision</w:t>
      </w:r>
    </w:p>
    <w:p>
      <w:r>
        <w:br w:type="page"/>
      </w:r>
    </w:p>
    <w:p>
      <w:pPr>
        <w:pStyle w:val="Heading1"/>
      </w:pPr>
      <w:r>
        <w:t>Practical 1: Simple Reflex Agent for Vacuum Cleaner World</w:t>
      </w:r>
    </w:p>
    <w:p>
      <w:r>
        <w:t>Objective: Implement an agent that selects an action using the current room and its cleanliness status.</w:t>
      </w:r>
    </w:p>
    <w:p>
      <w:r>
        <w:t>Concept: A simple reflex agent uses condition–action rules. It does not remember the past; it selects an action from the current percept. Here, the world has two rooms, A and B.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Start the agent in room A.</w:t>
      </w:r>
    </w:p>
    <w:p>
      <w:pPr>
        <w:pStyle w:val="ListNumber"/>
      </w:pPr>
      <w:r>
        <w:t>Read the current room and its status.</w:t>
      </w:r>
    </w:p>
    <w:p>
      <w:pPr>
        <w:pStyle w:val="ListNumber"/>
      </w:pPr>
      <w:r>
        <w:t>If the room is dirty, perform SUCK.</w:t>
      </w:r>
    </w:p>
    <w:p>
      <w:pPr>
        <w:pStyle w:val="ListNumber"/>
      </w:pPr>
      <w:r>
        <w:t>If the room is clean, move to the other room.</w:t>
      </w:r>
    </w:p>
    <w:p>
      <w:pPr>
        <w:pStyle w:val="ListNumber"/>
      </w:pPr>
      <w:r>
        <w:t>Stop the simulation when both rooms are clean.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rooms = {"A": "Dirty", "B": "Dirty"}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location = "A"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reflex_agent(location, status):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status == "Dirty":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"Suck"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location == "A":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"Right"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"Left"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while "Dirty" in rooms.values():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status = rooms[location]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action = reflex_agent(location, status)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print(location, status, "-&gt;", action)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action == "Suck":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rooms[location] = "Clean"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elif action == "Right":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location = "B"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elif action == "Left":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location = "A"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print("Final rooms:", rooms)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print("Both rooms are clean.")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A Dirty -&gt; Suck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A Clean -&gt; Right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 Dirty -&gt; Suck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Final rooms: {'A': 'Clean', 'B': 'Clean'}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Both rooms are clean.</w:t>
      </w:r>
    </w:p>
    <w:p>
      <w:r>
        <w:t>Exam note: To analyse rationality, explain that sucking a dirty room and moving to the other room when the current one is clean are sensible actions for this two-room environment. The simulation itself checks when both rooms are clean.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an intelligent agent?</w:t>
      </w:r>
      <w:r>
        <w:br/>
        <w:t>Ans. An entity that perceives its environment through sensors and acts through actuators.</w:t>
      </w:r>
    </w:p>
    <w:p>
      <w:r>
        <w:rPr>
          <w:b/>
        </w:rPr>
        <w:t>Q. What is a simple reflex agent?</w:t>
      </w:r>
      <w:r>
        <w:br/>
        <w:t>Ans. An agent that chooses actions using condition–action rules based only on the current percept.</w:t>
      </w:r>
    </w:p>
    <w:p>
      <w:r>
        <w:rPr>
          <w:b/>
        </w:rPr>
        <w:t>Q. What is a percept?</w:t>
      </w:r>
      <w:r>
        <w:br/>
        <w:t>Ans. The information received by an agent from its environment at a particular time.</w:t>
      </w:r>
    </w:p>
    <w:p>
      <w:r>
        <w:rPr>
          <w:b/>
        </w:rPr>
        <w:t>Q. What are sensors and actuators here?</w:t>
      </w:r>
      <w:r>
        <w:br/>
        <w:t>Ans. The agent senses the room and its dirt status; movement and suction are its actions.</w:t>
      </w:r>
    </w:p>
    <w:p>
      <w:r>
        <w:rPr>
          <w:b/>
        </w:rPr>
        <w:t>Q. Why is it called reflex?</w:t>
      </w:r>
      <w:r>
        <w:br/>
        <w:t>Ans. It reacts directly to the current condition without maintaining an internal history.</w:t>
      </w:r>
    </w:p>
    <w:p>
      <w:r>
        <w:rPr>
          <w:b/>
        </w:rPr>
        <w:t>Q. What is a limitation of this agent?</w:t>
      </w:r>
      <w:r>
        <w:br/>
        <w:t>Ans. It cannot remember previously visited rooms or reason about unseen parts of the environment.</w:t>
      </w:r>
    </w:p>
    <w:p>
      <w:pPr>
        <w:pStyle w:val="Heading1"/>
      </w:pPr>
      <w:r>
        <w:t>Practical 2: Model-Based Agent for Grid Navigation</w:t>
      </w:r>
    </w:p>
    <w:p>
      <w:r>
        <w:t>Objective: Navigate from a start cell to a goal cell while avoiding obstacles and maintaining an internal representation of the environment.</w:t>
      </w:r>
    </w:p>
    <w:p>
      <w:r>
        <w:t>Concept: A model-based agent maintains an internal state. The grid below is known to the agent; its memory records the current position and visited cells. BFS is used to find a safe route.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Represent free cells by 0 and obstacles by 1.</w:t>
      </w:r>
    </w:p>
    <w:p>
      <w:pPr>
        <w:pStyle w:val="ListNumber"/>
      </w:pPr>
      <w:r>
        <w:t>Store the current position and visited cells as internal state.</w:t>
      </w:r>
    </w:p>
    <w:p>
      <w:pPr>
        <w:pStyle w:val="ListNumber"/>
      </w:pPr>
      <w:r>
        <w:t>Use BFS with a queue to explore reachable cells.</w:t>
      </w:r>
    </w:p>
    <w:p>
      <w:pPr>
        <w:pStyle w:val="ListNumber"/>
      </w:pPr>
      <w:r>
        <w:t>Do not add obstacles or already visited cells to the queue.</w:t>
      </w:r>
    </w:p>
    <w:p>
      <w:pPr>
        <w:pStyle w:val="ListNumber"/>
      </w:pPr>
      <w:r>
        <w:t>Stop when the goal is reached and display the path.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from collections import deque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grid = [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[0, 0, 1, 0],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[1, 0, 1, 0],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[0, 0, 0, 0],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[0, 1, 1, 0]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start = (0, 0)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goal = (3, 3)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memory = {"position": start, "visited": set([start])}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queue = deque([(start, [start])])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directions = [(1,0), (-1,0), (0,1), (0,-1)]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while queue: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position, path = queue.popleft()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memory["position"] = position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position == goal: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print("Path:", path)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print("Goal reached")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break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r, c = position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dr, dc in directions: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nr, nc = r + dr, c + dc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(0 &lt;= nr &lt; 4 and 0 &lt;= nc &lt; 4 and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grid[nr][nc] == 0 and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(nr, nc) not in memory["visited"]):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memory["visited"].add((nr, nc))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queue.append(((nr, nc), path + [(nr, nc)]))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else: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print("No path found")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print("Visited cells:", len(memory["visited"]))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Path: [(0, 0), (0, 1), (1, 1), (2, 1), (2, 2), (2, 3), (3, 3)]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Goal reached</w:t>
      </w:r>
    </w:p>
    <w:p>
      <w:r>
        <w:t>Exam note: Do not claim that this code learns an unknown map. It demonstrates internal state and navigation over a supplied grid.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a model-based agent?</w:t>
      </w:r>
      <w:r>
        <w:br/>
        <w:t>Ans. An agent that maintains an internal state to track aspects of the world not fully available in the current percept.</w:t>
      </w:r>
    </w:p>
    <w:p>
      <w:r>
        <w:rPr>
          <w:b/>
        </w:rPr>
        <w:t>Q. Why is memory required?</w:t>
      </w:r>
      <w:r>
        <w:br/>
        <w:t>Ans. To remember the current state and information already explored.</w:t>
      </w:r>
    </w:p>
    <w:p>
      <w:r>
        <w:rPr>
          <w:b/>
        </w:rPr>
        <w:t>Q. What is an obstacle representation?</w:t>
      </w:r>
      <w:r>
        <w:br/>
        <w:t>Ans. A blocked grid cell, represented here by 1.</w:t>
      </w:r>
    </w:p>
    <w:p>
      <w:r>
        <w:rPr>
          <w:b/>
        </w:rPr>
        <w:t>Q. Which search method is used in this program?</w:t>
      </w:r>
      <w:r>
        <w:br/>
        <w:t>Ans. Breadth-First Search.</w:t>
      </w:r>
    </w:p>
    <w:p>
      <w:r>
        <w:rPr>
          <w:b/>
        </w:rPr>
        <w:t>Q. Why does BFS find a shortest path here?</w:t>
      </w:r>
      <w:r>
        <w:br/>
        <w:t>Ans. Because each movement has equal cost and BFS explores states level by level.</w:t>
      </w:r>
    </w:p>
    <w:p>
      <w:r>
        <w:rPr>
          <w:b/>
        </w:rPr>
        <w:t>Q. Is the environment unknown in this example?</w:t>
      </w:r>
      <w:r>
        <w:br/>
        <w:t>Ans. No. The grid is supplied in advance; the internal memory stores position and visited cells. A live-sensing unknown grid would require additional percept updates.</w:t>
      </w:r>
    </w:p>
    <w:p>
      <w:pPr>
        <w:pStyle w:val="Heading1"/>
      </w:pPr>
      <w:r>
        <w:t>Practical 3: A* Search for 8-Puzzle</w:t>
      </w:r>
    </w:p>
    <w:p>
      <w:r>
        <w:t>Objective: Solve the 8-puzzle by finding a sequence of moves from an initial arrangement to the goal arrangement.</w:t>
      </w:r>
    </w:p>
    <w:p>
      <w:r>
        <w:t>Concept: A* is an informed search algorithm. It evaluates a state using f(n) = g(n) + h(n), where g is the path cost so far and h is the heuristic estimate. Manhattan distance is used here.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Represent each puzzle as a tuple of nine numbers; 0 represents the blank.</w:t>
      </w:r>
    </w:p>
    <w:p>
      <w:pPr>
        <w:pStyle w:val="ListNumber"/>
      </w:pPr>
      <w:r>
        <w:t>Calculate Manhattan distance of all numbered tiles from their goal positions.</w:t>
      </w:r>
    </w:p>
    <w:p>
      <w:pPr>
        <w:pStyle w:val="ListNumber"/>
      </w:pPr>
      <w:r>
        <w:t>Insert the initial state into a priority queue with f = g + h.</w:t>
      </w:r>
    </w:p>
    <w:p>
      <w:pPr>
        <w:pStyle w:val="ListNumber"/>
      </w:pPr>
      <w:r>
        <w:t>Remove the state with the lowest f value.</w:t>
      </w:r>
    </w:p>
    <w:p>
      <w:pPr>
        <w:pStyle w:val="ListNumber"/>
      </w:pPr>
      <w:r>
        <w:t>If it is the goal, reconstruct and print the path.</w:t>
      </w:r>
    </w:p>
    <w:p>
      <w:pPr>
        <w:pStyle w:val="ListNumber"/>
      </w:pPr>
      <w:r>
        <w:t>Generate valid blank moves, update their costs, and continue.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import heapq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start = (1, 2, 3, 4, 0, 6, 7, 5, 8)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goal  = (1, 2, 3, 4, 5, 6, 7, 8, 0)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heuristic(state):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distance = 0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i, tile in enumerate(state):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tile != 0: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j = goal.index(tile)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distance += abs(i//3 - j//3) + abs(i%3 - j%3)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distance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neighbors(state):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z = state.index(0)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r, c = divmod(z, 3)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result = []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dr, dc in [(1,0),(-1,0),(0,1),(0,-1)]: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nr, nc = r+dr, c+dc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0 &lt;= nr &lt; 3 and 0 &lt;= nc &lt; 3: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j = nr*3 + nc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s = list(state)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s[z], s[j] = s[j], s[z]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result.append(tuple(s))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result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pq = [(heuristic(start), 0, start)]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cost = {start: 0}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parent = {start: None}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while pq: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f, g, state = heapq.heappop(pq)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state == goal: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path = []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while state is not None: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path.append(state)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state = parent[state]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path.reverse()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s in path: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print(s[0:3], s[3:6], s[6:9])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print()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print("Moves:", len(path)-1)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break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g != cost[state]: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continue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nxt in neighbors(state):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new_g = g + 1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new_g &lt; cost.get(nxt, float("inf")):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cost[nxt] = new_g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parent[nxt] = state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heapq.heappush(pq, (new_g + heuristic(nxt), new_g, nxt))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else: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print("No solution found")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(1, 2, 3) (4, 0, 6) (7, 5, 8)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(1, 2, 3) (4, 5, 6) (7, 0, 8)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(1, 2, 3) (4, 5, 6) (7, 8, 0)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Moves: 2</w:t>
      </w:r>
    </w:p>
    <w:p>
      <w:r>
        <w:t>Exam note: Sample output is for the specific start state shown. Changing the initial state changes the path and number of moves.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A* search?</w:t>
      </w:r>
      <w:r>
        <w:br/>
        <w:t>Ans. An informed search algorithm that combines actual path cost and estimated remaining cost.</w:t>
      </w:r>
    </w:p>
    <w:p>
      <w:r>
        <w:rPr>
          <w:b/>
        </w:rPr>
        <w:t>Q. Write the evaluation function.</w:t>
      </w:r>
      <w:r>
        <w:br/>
        <w:t>Ans. f(n) = g(n) + h(n).</w:t>
      </w:r>
    </w:p>
    <w:p>
      <w:r>
        <w:rPr>
          <w:b/>
        </w:rPr>
        <w:t>Q. What is g(n)?</w:t>
      </w:r>
      <w:r>
        <w:br/>
        <w:t>Ans. The cost from the initial state to the current state.</w:t>
      </w:r>
    </w:p>
    <w:p>
      <w:r>
        <w:rPr>
          <w:b/>
        </w:rPr>
        <w:t>Q. What is h(n)?</w:t>
      </w:r>
      <w:r>
        <w:br/>
        <w:t>Ans. The estimated cost from the current state to the goal.</w:t>
      </w:r>
    </w:p>
    <w:p>
      <w:r>
        <w:rPr>
          <w:b/>
        </w:rPr>
        <w:t>Q. What is Manhattan distance?</w:t>
      </w:r>
      <w:r>
        <w:br/>
        <w:t>Ans. The sum of horizontal and vertical distances of each tile from its goal position.</w:t>
      </w:r>
    </w:p>
    <w:p>
      <w:r>
        <w:rPr>
          <w:b/>
        </w:rPr>
        <w:t>Q. What does 0 represent?</w:t>
      </w:r>
      <w:r>
        <w:br/>
        <w:t>Ans. The blank space that can be swapped with an adjacent tile.</w:t>
      </w:r>
    </w:p>
    <w:p>
      <w:r>
        <w:rPr>
          <w:b/>
        </w:rPr>
        <w:t>Q. When is A* optimal?</w:t>
      </w:r>
      <w:r>
        <w:br/>
        <w:t>Ans. With suitable conditions, including an admissible heuristic for tree search; with graph search, implementation must correctly handle state costs.</w:t>
      </w:r>
    </w:p>
    <w:p>
      <w:pPr>
        <w:pStyle w:val="Heading1"/>
      </w:pPr>
      <w:r>
        <w:t>Practical 4: Adversarial Search with Alpha-Beta Pruning</w:t>
      </w:r>
    </w:p>
    <w:p>
      <w:r>
        <w:t>Objective: Choose an optimal move in a two-player game tree while pruning branches that cannot affect the result.</w:t>
      </w:r>
    </w:p>
    <w:p>
      <w:r>
        <w:t>Concept: Minimax assumes two opponents: MAX tries to maximize the score and MIN tries to minimize it. Alpha-Beta pruning keeps bounds alpha and beta and skips branches when alpha &gt;= beta.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Start at the root of the game tree.</w:t>
      </w:r>
    </w:p>
    <w:p>
      <w:pPr>
        <w:pStyle w:val="ListNumber"/>
      </w:pPr>
      <w:r>
        <w:t>At MAX nodes, select the maximum child value.</w:t>
      </w:r>
    </w:p>
    <w:p>
      <w:pPr>
        <w:pStyle w:val="ListNumber"/>
      </w:pPr>
      <w:r>
        <w:t>At MIN nodes, select the minimum child value.</w:t>
      </w:r>
    </w:p>
    <w:p>
      <w:pPr>
        <w:pStyle w:val="ListNumber"/>
      </w:pPr>
      <w:r>
        <w:t>Update alpha at MAX nodes and beta at MIN nodes.</w:t>
      </w:r>
    </w:p>
    <w:p>
      <w:pPr>
        <w:pStyle w:val="ListNumber"/>
      </w:pPr>
      <w:r>
        <w:t>Prune remaining children whenever alpha is greater than or equal to beta.</w:t>
      </w:r>
    </w:p>
    <w:p>
      <w:pPr>
        <w:pStyle w:val="ListNumber"/>
      </w:pPr>
      <w:r>
        <w:t>Return the value at the root.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alphabeta(depth, index, is_max, values, alpha, beta):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depth == 3: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values[index]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is_max: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best = -999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i in range(2):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value = alphabeta(depth+1, index*2+i, False,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              values, alpha, beta)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best = max(best, value)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alpha = max(alpha, best)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if alpha &gt;= beta: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break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best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else: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best = 999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i in range(2):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value = alphabeta(depth+1, index*2+i, True,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              values, alpha, beta)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best = min(best, value)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beta = min(beta, best)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if alpha &gt;= beta: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break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best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values = [3, 5, 6, 9, 1, 2, 0, -1]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answer = alphabeta(0, 0, True, values, -999, 999)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print("Optimal value:", answer)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Optimal value: 5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adversarial search?</w:t>
      </w:r>
      <w:r>
        <w:br/>
        <w:t>Ans. Search in environments where agents have opposing goals, such as competitive games.</w:t>
      </w:r>
    </w:p>
    <w:p>
      <w:r>
        <w:rPr>
          <w:b/>
        </w:rPr>
        <w:t>Q. What is Minimax?</w:t>
      </w:r>
      <w:r>
        <w:br/>
        <w:t>Ans. A decision rule that maximizes the minimum guaranteed utility against an optimal opponent.</w:t>
      </w:r>
    </w:p>
    <w:p>
      <w:r>
        <w:rPr>
          <w:b/>
        </w:rPr>
        <w:t>Q. What is alpha?</w:t>
      </w:r>
      <w:r>
        <w:br/>
        <w:t>Ans. The best value MAX can guarantee so far.</w:t>
      </w:r>
    </w:p>
    <w:p>
      <w:r>
        <w:rPr>
          <w:b/>
        </w:rPr>
        <w:t>Q. What is beta?</w:t>
      </w:r>
      <w:r>
        <w:br/>
        <w:t>Ans. The best value MIN can guarantee so far.</w:t>
      </w:r>
    </w:p>
    <w:p>
      <w:r>
        <w:rPr>
          <w:b/>
        </w:rPr>
        <w:t>Q. When does pruning occur?</w:t>
      </w:r>
      <w:r>
        <w:br/>
        <w:t>Ans. When alpha &gt;= beta.</w:t>
      </w:r>
    </w:p>
    <w:p>
      <w:r>
        <w:rPr>
          <w:b/>
        </w:rPr>
        <w:t>Q. Does alpha-beta pruning change the final minimax answer?</w:t>
      </w:r>
      <w:r>
        <w:br/>
        <w:t>Ans. No. It reduces the number of nodes evaluated but preserves the result.</w:t>
      </w:r>
    </w:p>
    <w:p>
      <w:r>
        <w:rPr>
          <w:b/>
        </w:rPr>
        <w:t>Q. What is the purpose of move ordering?</w:t>
      </w:r>
      <w:r>
        <w:br/>
        <w:t>Ans. Good move ordering can increase pruning and improve efficiency.</w:t>
      </w:r>
    </w:p>
    <w:p>
      <w:pPr>
        <w:pStyle w:val="Heading1"/>
      </w:pPr>
      <w:r>
        <w:t>Practical 5: Tower of Hanoi using State-Space Search</w:t>
      </w:r>
    </w:p>
    <w:p>
      <w:r>
        <w:t>Objective: Solve Tower of Hanoi by representing configurations as states and legal disk transfers as transitions.</w:t>
      </w:r>
    </w:p>
    <w:p>
      <w:r>
        <w:t>Concept: State-space search represents each complete arrangement of disks on three rods as a state. BFS explores legal transitions until the goal state is found.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Represent each rod as a tuple, with the top disk at the end.</w:t>
      </w:r>
    </w:p>
    <w:p>
      <w:pPr>
        <w:pStyle w:val="ListNumber"/>
      </w:pPr>
      <w:r>
        <w:t>Create the initial state with all disks on rod A and the goal with all disks on rod C.</w:t>
      </w:r>
    </w:p>
    <w:p>
      <w:pPr>
        <w:pStyle w:val="ListNumber"/>
      </w:pPr>
      <w:r>
        <w:t>Generate moves by moving only the top disk of one rod to an empty rod or onto a larger disk.</w:t>
      </w:r>
    </w:p>
    <w:p>
      <w:pPr>
        <w:pStyle w:val="ListNumber"/>
      </w:pPr>
      <w:r>
        <w:t>Use BFS and a visited set to avoid revisiting states.</w:t>
      </w:r>
    </w:p>
    <w:p>
      <w:pPr>
        <w:pStyle w:val="ListNumber"/>
      </w:pPr>
      <w:r>
        <w:t>Store parent states and reconstruct the solution path when the goal is reached.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from collections import deque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start = ((3, 2, 1), (), ())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goal = ((), (), (3, 2, 1))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next_states(state):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rods = [list(x) for x in state]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i in range(3):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not rods[i]: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continue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disk = rods[i][-1]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j in range(3):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if i == j: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continue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if not rods[j] or rods[j][-1] &gt; disk: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new_rods = [r[:] for r in rods]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new_rods[i].pop()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new_rods[j].append(disk)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yield tuple(tuple(r) for r in new_rods)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queue = deque([start])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parent = {start: None}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while queue: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state = queue.popleft()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state == goal: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path = []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while state is not None: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path.append(state)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state = parent[state]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path.reverse()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step, s in enumerate(path):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print(step, s)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print("Minimum moves:", len(path)-1)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break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nxt in next_states(state):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nxt not in parent: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parent[nxt] = state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queue.append(nxt)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0 ((3, 2, 1), (), ())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1 ...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...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7 ((), (), (3, 2, 1))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Minimum moves: 7</w:t>
      </w:r>
    </w:p>
    <w:p>
      <w:r>
        <w:t>Exam note: Ellipsis in the sample output represents intermediate states printed by the program; the program itself prints the full seven-move path.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a state space?</w:t>
      </w:r>
      <w:r>
        <w:br/>
        <w:t>Ans. The set of all possible states that can occur in a problem.</w:t>
      </w:r>
    </w:p>
    <w:p>
      <w:r>
        <w:rPr>
          <w:b/>
        </w:rPr>
        <w:t>Q. What is the initial state?</w:t>
      </w:r>
      <w:r>
        <w:br/>
        <w:t>Ans. All three disks are on the first rod.</w:t>
      </w:r>
    </w:p>
    <w:p>
      <w:r>
        <w:rPr>
          <w:b/>
        </w:rPr>
        <w:t>Q. What is the goal state?</w:t>
      </w:r>
      <w:r>
        <w:br/>
        <w:t>Ans. All disks are on the third rod in correct order.</w:t>
      </w:r>
    </w:p>
    <w:p>
      <w:r>
        <w:rPr>
          <w:b/>
        </w:rPr>
        <w:t>Q. What is a legal move?</w:t>
      </w:r>
      <w:r>
        <w:br/>
        <w:t>Ans. Move only the top disk to an empty rod or onto a larger disk.</w:t>
      </w:r>
    </w:p>
    <w:p>
      <w:r>
        <w:rPr>
          <w:b/>
        </w:rPr>
        <w:t>Q. Why use BFS?</w:t>
      </w:r>
      <w:r>
        <w:br/>
        <w:t>Ans. It finds a path with the minimum number of transitions when all moves have equal cost.</w:t>
      </w:r>
    </w:p>
    <w:p>
      <w:r>
        <w:rPr>
          <w:b/>
        </w:rPr>
        <w:t>Q. What is the minimum number of moves for n disks?</w:t>
      </w:r>
      <w:r>
        <w:br/>
        <w:t>Ans. 2^n - 1.</w:t>
      </w:r>
    </w:p>
    <w:p>
      <w:pPr>
        <w:pStyle w:val="Heading1"/>
      </w:pPr>
      <w:r>
        <w:t>Practical 6: Sudoku Solver using Backtracking and Constraint Propagation</w:t>
      </w:r>
    </w:p>
    <w:p>
      <w:r>
        <w:t>Objective: Solve a 9×9 Sudoku by applying constraints, propagation of forced values, and backtracking.</w:t>
      </w:r>
    </w:p>
    <w:p>
      <w:r>
        <w:t>Concept: Each empty cell must contain a digit from 1 to 9 that does not already occur in its row, column, or 3×3 box. Constraint propagation fills cells with a single possible candidate; backtracking tries alternatives when needed.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Find the candidate digits for every empty cell.</w:t>
      </w:r>
    </w:p>
    <w:p>
      <w:pPr>
        <w:pStyle w:val="ListNumber"/>
      </w:pPr>
      <w:r>
        <w:t>If any empty cell has no candidates, the current branch is invalid.</w:t>
      </w:r>
    </w:p>
    <w:p>
      <w:pPr>
        <w:pStyle w:val="ListNumber"/>
      </w:pPr>
      <w:r>
        <w:t>Fill cells with exactly one candidate and repeat propagation.</w:t>
      </w:r>
    </w:p>
    <w:p>
      <w:pPr>
        <w:pStyle w:val="ListNumber"/>
      </w:pPr>
      <w:r>
        <w:t>If the puzzle is not complete, choose an empty cell with the fewest candidates (MRV).</w:t>
      </w:r>
    </w:p>
    <w:p>
      <w:pPr>
        <w:pStyle w:val="ListNumber"/>
      </w:pPr>
      <w:r>
        <w:t>Try each candidate recursively; undo a choice if it leads to failure.</w:t>
      </w:r>
    </w:p>
    <w:p>
      <w:pPr>
        <w:pStyle w:val="ListNumber"/>
      </w:pPr>
      <w:r>
        <w:t>Print the completed grid.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grid = [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[5,3,0,0,7,0,0,0,0],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[6,0,0,1,9,5,0,0,0],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[0,9,8,0,0,0,0,6,0],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[8,0,0,0,6,0,0,0,3],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[4,0,0,8,0,3,0,0,1],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[7,0,0,0,2,0,0,0,6],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[0,6,0,0,0,0,2,8,0],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[0,0,0,4,1,9,0,0,5],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[0,0,0,0,8,0,0,7,9]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candidates(r, c, board):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used = set(board[r])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used.update(board[i][c] for i in range(9))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br, bc = (r//3)*3, (c//3)*3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i in range(br, br+3):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j in range(bc, bc+3):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used.add(board[i][j])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set(range(1,10)) - used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solve(board):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while True: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changed =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r in range(9):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for c in range(9):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if board[r][c] == 0: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    opts = candidates(r, c, board)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    if not opts: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    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    if len(opts) == 1: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        board[r][c] = opts.pop()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        changed =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not changed: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break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choice = None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best = 10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r in range(9):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c in range(9):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if board[r][c] == 0: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opts = candidates(r, c, board)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if len(opts) &lt; best: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    best, choice = len(opts), (r, c, opts)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choice is None: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r, c, opts = choice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value in opts: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copy = [row[:] for row in board]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copy[r][c] = value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solve(copy):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for i in range(9):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board[i] = copy[i][:]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if solve(grid):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row in grid: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print(row)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else: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print("No solution")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[5, 3, 4, 6, 7, 8, 9, 1, 2]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[6, 7, 2, 1, 9, 5, 3, 4, 8]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[1, 9, 8, 3, 4, 2, 5, 6, 7]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...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[3, 4, 5, 2, 8, 6, 1, 7, 9]</w:t>
      </w:r>
    </w:p>
    <w:p>
      <w:r>
        <w:t>Exam note: This implementation uses singleton candidate propagation and the MRV heuristic. It is not claiming to implement every advanced constraint-consistency method.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a constraint satisfaction problem?</w:t>
      </w:r>
      <w:r>
        <w:br/>
        <w:t>Ans. A problem defined by variables, domains, and constraints.</w:t>
      </w:r>
    </w:p>
    <w:p>
      <w:r>
        <w:rPr>
          <w:b/>
        </w:rPr>
        <w:t>Q. What are Sudoku variables?</w:t>
      </w:r>
      <w:r>
        <w:br/>
        <w:t>Ans. The empty cells of the grid.</w:t>
      </w:r>
    </w:p>
    <w:p>
      <w:r>
        <w:rPr>
          <w:b/>
        </w:rPr>
        <w:t>Q. What is a domain?</w:t>
      </w:r>
      <w:r>
        <w:br/>
        <w:t>Ans. The set of possible values for a variable; here, candidate digits 1 to 9.</w:t>
      </w:r>
    </w:p>
    <w:p>
      <w:r>
        <w:rPr>
          <w:b/>
        </w:rPr>
        <w:t>Q. What is constraint propagation?</w:t>
      </w:r>
      <w:r>
        <w:br/>
        <w:t>Ans. Using constraints to reduce domains or assign forced values before branching.</w:t>
      </w:r>
    </w:p>
    <w:p>
      <w:r>
        <w:rPr>
          <w:b/>
        </w:rPr>
        <w:t>Q. What is backtracking?</w:t>
      </w:r>
      <w:r>
        <w:br/>
        <w:t>Ans. Trying a value, proceeding recursively, and undoing it if it causes failure.</w:t>
      </w:r>
    </w:p>
    <w:p>
      <w:r>
        <w:rPr>
          <w:b/>
        </w:rPr>
        <w:t>Q. What is MRV?</w:t>
      </w:r>
      <w:r>
        <w:br/>
        <w:t>Ans. Minimum Remaining Values; choose the unassigned variable with the fewest legal values.</w:t>
      </w:r>
    </w:p>
    <w:p>
      <w:r>
        <w:rPr>
          <w:b/>
        </w:rPr>
        <w:t>Q. Why is a copied board used?</w:t>
      </w:r>
      <w:r>
        <w:br/>
        <w:t>Ans. To explore a branch without corrupting the parent state.</w:t>
      </w:r>
    </w:p>
    <w:p>
      <w:pPr>
        <w:pStyle w:val="Heading1"/>
      </w:pPr>
      <w:r>
        <w:t>Practical 7: Local Beam Search for Traveling Salesman Problem</w:t>
      </w:r>
    </w:p>
    <w:p>
      <w:r>
        <w:t>Objective: Find a short tour that visits every city once and returns to the starting city using Local Beam Search.</w:t>
      </w:r>
    </w:p>
    <w:p>
      <w:r>
        <w:t>Concept: Local Beam Search keeps k candidate states at a time. It generates neighbours of the current beam and selects the best k. TSP tour cost is the sum of consecutive distances plus the return edge.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Define the cities and symmetric distance matrix.</w:t>
      </w:r>
    </w:p>
    <w:p>
      <w:pPr>
        <w:pStyle w:val="ListNumber"/>
      </w:pPr>
      <w:r>
        <w:t>Create k initial tours, keeping the first city fixed.</w:t>
      </w:r>
    </w:p>
    <w:p>
      <w:pPr>
        <w:pStyle w:val="ListNumber"/>
      </w:pPr>
      <w:r>
        <w:t>Generate neighbours by swapping two city positions.</w:t>
      </w:r>
    </w:p>
    <w:p>
      <w:pPr>
        <w:pStyle w:val="ListNumber"/>
      </w:pPr>
      <w:r>
        <w:t>Calculate the total round-trip cost of every neighbour.</w:t>
      </w:r>
    </w:p>
    <w:p>
      <w:pPr>
        <w:pStyle w:val="ListNumber"/>
      </w:pPr>
      <w:r>
        <w:t>Keep the best k distinct tours and repeat for a fixed number of iterations.</w:t>
      </w:r>
    </w:p>
    <w:p>
      <w:pPr>
        <w:pStyle w:val="ListNumber"/>
      </w:pPr>
      <w:r>
        <w:t>Print the best tour and its distance.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import random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cities = ["A", "B", "C", "D", "E"]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 = [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[0, 2, 9, 10, 7],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[2, 0, 6, 4, 3],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[9, 6, 0, 8, 5],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[10,4, 8, 0, 6],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[7, 3, 5, 6, 0]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k = 3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random.seed(2)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cost(route):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total = 0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i in range(len(route)):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total += d[route[i]][route[(i+1) % len(route)]]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total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neighbours(route):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result = []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i in range(1, len(route)):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j in range(i+1, len(route)):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r = route[:]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r[i], r[j] = r[j], r[i]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result.append(r)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result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beam = []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for _ in range(k):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tail = list(range(1, len(cities)))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random.shuffle(tail)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beam.append([0] + tail)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for _ in range(100):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all_routes = []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route in beam: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all_routes.extend(neighbours(route))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unique = {tuple(r) for r in all_routes}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beam = [list(r) for r in sorted(unique, key=lambda x: cost(x))[:k]]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best = min(beam, key=cost)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print("Best tour:", [cities[i] for i in best] + [cities[best[0]]])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print("Total distance:", cost(best))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Best tour: [A, B, D, C, E, A]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Total distance: 26</w:t>
      </w:r>
    </w:p>
    <w:p>
      <w:r>
        <w:t>Exam note: Different initial states or beam widths may produce a different tour. The code fixes a random seed for repeatable initialisation.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TSP?</w:t>
      </w:r>
      <w:r>
        <w:br/>
        <w:t>Ans. The Traveling Salesman Problem asks for a minimum-cost tour visiting each city exactly once and returning to the start.</w:t>
      </w:r>
    </w:p>
    <w:p>
      <w:r>
        <w:rPr>
          <w:b/>
        </w:rPr>
        <w:t>Q. What is Local Beam Search?</w:t>
      </w:r>
      <w:r>
        <w:br/>
        <w:t>Ans. A local search method that maintains and expands k candidate states simultaneously.</w:t>
      </w:r>
    </w:p>
    <w:p>
      <w:r>
        <w:rPr>
          <w:b/>
        </w:rPr>
        <w:t>Q. What does k represent?</w:t>
      </w:r>
      <w:r>
        <w:br/>
        <w:t>Ans. The beam width, or number of states retained at each iteration.</w:t>
      </w:r>
    </w:p>
    <w:p>
      <w:r>
        <w:rPr>
          <w:b/>
        </w:rPr>
        <w:t>Q. How is a neighbour generated here?</w:t>
      </w:r>
      <w:r>
        <w:br/>
        <w:t>Ans. By swapping two city positions while keeping the starting city fixed.</w:t>
      </w:r>
    </w:p>
    <w:p>
      <w:r>
        <w:rPr>
          <w:b/>
        </w:rPr>
        <w:t>Q. Is Local Beam Search guaranteed to find the global optimum?</w:t>
      </w:r>
      <w:r>
        <w:br/>
        <w:t>Ans. No. It is a heuristic search method and can get trapped in a local optimum.</w:t>
      </w:r>
    </w:p>
    <w:p>
      <w:r>
        <w:rPr>
          <w:b/>
        </w:rPr>
        <w:t>Q. Why is the return edge included?</w:t>
      </w:r>
      <w:r>
        <w:br/>
        <w:t>Ans. A TSP tour must return to its starting city.</w:t>
      </w:r>
    </w:p>
    <w:p>
      <w:r>
        <w:br w:type="page"/>
      </w:r>
    </w:p>
    <w:p>
      <w:pPr>
        <w:pStyle w:val="Heading1"/>
      </w:pPr>
      <w:r>
        <w:t>PART B – Problem Solving, CSP, Chatbot and Planning</w:t>
      </w:r>
    </w:p>
    <w:p>
      <w:pPr>
        <w:pStyle w:val="Heading1"/>
      </w:pPr>
      <w:r>
        <w:t>Practical 8: BFS for Robot Path Planning</w:t>
      </w:r>
    </w:p>
    <w:p>
      <w:r>
        <w:t>Objective: Find a path for a robot from a start cell to a goal cell while avoiding blocked cells.</w:t>
      </w:r>
    </w:p>
    <w:p>
      <w:r>
        <w:t>Concept: Breadth-First Search explores all states at one distance before exploring states farther away. With equal movement cost, it returns a shortest path.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Represent the grid, start, and goal.</w:t>
      </w:r>
    </w:p>
    <w:p>
      <w:pPr>
        <w:pStyle w:val="ListNumber"/>
      </w:pPr>
      <w:r>
        <w:t>Insert the start cell into a FIFO queue and mark it visited.</w:t>
      </w:r>
    </w:p>
    <w:p>
      <w:pPr>
        <w:pStyle w:val="ListNumber"/>
      </w:pPr>
      <w:r>
        <w:t>Remove the front cell and check whether it is the goal.</w:t>
      </w:r>
    </w:p>
    <w:p>
      <w:pPr>
        <w:pStyle w:val="ListNumber"/>
      </w:pPr>
      <w:r>
        <w:t>Add each valid unvisited neighbour to the queue with its path.</w:t>
      </w:r>
    </w:p>
    <w:p>
      <w:pPr>
        <w:pStyle w:val="ListNumber"/>
      </w:pPr>
      <w:r>
        <w:t>Continue until the goal is found or the queue becomes empty.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from collections import deque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grid = [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[0,0,0,0],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[1,1,0,1],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[0,0,0,0],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[0,1,1,0]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start = (0,0)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goal = (3,3)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q = deque([(start, [start])])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visited = {start}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moves = [(1,0),(-1,0),(0,1),(0,-1)]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while q: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(r,c), path = q.popleft()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(r,c) == goal: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print("Path:", path)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print("Steps:", len(path)-1)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break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dr,dc in moves: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nr,nc = r+dr,c+dc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(0 &lt;= nr &lt; 4 and 0 &lt;= nc &lt; 4 and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grid[nr][nc] == 0 and (nr,nc) not in visited):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visited.add((nr,nc))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q.append(((nr,nc), path+[(nr,nc)]))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else: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print("No path found")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Path: [(0, 0), (0, 1), (0, 2), (1, 2), (2, 2), (2, 3), (3, 3)]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Steps: 6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BFS?</w:t>
      </w:r>
      <w:r>
        <w:br/>
        <w:t>Ans. An uninformed search algorithm that explores nodes level by level using a FIFO queue.</w:t>
      </w:r>
    </w:p>
    <w:p>
      <w:r>
        <w:rPr>
          <w:b/>
        </w:rPr>
        <w:t>Q. Which data structure does BFS use?</w:t>
      </w:r>
      <w:r>
        <w:br/>
        <w:t>Ans. Queue.</w:t>
      </w:r>
    </w:p>
    <w:p>
      <w:r>
        <w:rPr>
          <w:b/>
        </w:rPr>
        <w:t>Q. Is BFS complete?</w:t>
      </w:r>
      <w:r>
        <w:br/>
        <w:t>Ans. Yes, for a finite branching factor.</w:t>
      </w:r>
    </w:p>
    <w:p>
      <w:r>
        <w:rPr>
          <w:b/>
        </w:rPr>
        <w:t>Q. When does BFS find an optimal path?</w:t>
      </w:r>
      <w:r>
        <w:br/>
        <w:t>Ans. When all actions have equal cost.</w:t>
      </w:r>
    </w:p>
    <w:p>
      <w:r>
        <w:rPr>
          <w:b/>
        </w:rPr>
        <w:t>Q. What is a visited set used for?</w:t>
      </w:r>
      <w:r>
        <w:br/>
        <w:t>Ans. To prevent repeated exploration of the same state.</w:t>
      </w:r>
    </w:p>
    <w:p>
      <w:r>
        <w:rPr>
          <w:b/>
        </w:rPr>
        <w:t>Q. What is the difference between BFS and DFS?</w:t>
      </w:r>
      <w:r>
        <w:br/>
        <w:t>Ans. BFS uses a queue and explores breadth-wise; DFS uses a stack or recursion and explores depth-wise.</w:t>
      </w:r>
    </w:p>
    <w:p>
      <w:pPr>
        <w:pStyle w:val="Heading1"/>
      </w:pPr>
      <w:r>
        <w:t>Practical 9: DFS for Water Jug Problem</w:t>
      </w:r>
    </w:p>
    <w:p>
      <w:r>
        <w:t>Objective: Use Depth-First Search to obtain 2 litres using 4-litre and 3-litre jugs.</w:t>
      </w:r>
    </w:p>
    <w:p>
      <w:r>
        <w:t>Concept: A state is represented as (a,b), where a and b are the current water quantities. DFS explores one sequence of legal operations deeply before backtracking.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Start with both jugs empty: (0,0).</w:t>
      </w:r>
    </w:p>
    <w:p>
      <w:pPr>
        <w:pStyle w:val="ListNumber"/>
      </w:pPr>
      <w:r>
        <w:t>Generate fill, empty, and pour operations.</w:t>
      </w:r>
    </w:p>
    <w:p>
      <w:pPr>
        <w:pStyle w:val="ListNumber"/>
      </w:pPr>
      <w:r>
        <w:t>Mark each visited state to avoid cycles.</w:t>
      </w:r>
    </w:p>
    <w:p>
      <w:pPr>
        <w:pStyle w:val="ListNumber"/>
      </w:pPr>
      <w:r>
        <w:t>If either jug contains exactly 2 litres, report success.</w:t>
      </w:r>
    </w:p>
    <w:p>
      <w:pPr>
        <w:pStyle w:val="ListNumber"/>
      </w:pPr>
      <w:r>
        <w:t>Backtrack when no unvisited successor leads to the goal.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visited = set()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path = []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dfs(a, b):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state = (a, b)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state in visited: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visited.add(state)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path.append(state)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a == 2 or b == 2: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next_states = [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(4,b), (a,3), (0,b), (a,0),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(a-min(a,3-b), b+min(a,3-b)),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(a+min(b,4-a), b-min(b,4-a))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x,y in next_states: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dfs(x,y):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path.pop()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if dfs(0,0):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print("Solution path:")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state in path: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print(state)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else: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print("No solution")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Solution path: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(0, 0)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(4, 0)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(4, 3)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(0, 3)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(3, 0)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(3, 3)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(4, 2)</w:t>
      </w:r>
    </w:p>
    <w:p>
      <w:r>
        <w:t>Exam note: The displayed path is one valid route to a state containing 2 litres. The exact route can depend on the order in which successors are explored.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DFS?</w:t>
      </w:r>
      <w:r>
        <w:br/>
        <w:t>Ans. A search algorithm that explores one branch deeply before backtracking.</w:t>
      </w:r>
    </w:p>
    <w:p>
      <w:r>
        <w:rPr>
          <w:b/>
        </w:rPr>
        <w:t>Q. Which data structure is associated with DFS?</w:t>
      </w:r>
      <w:r>
        <w:br/>
        <w:t>Ans. Stack; recursion uses the program call stack.</w:t>
      </w:r>
    </w:p>
    <w:p>
      <w:r>
        <w:rPr>
          <w:b/>
        </w:rPr>
        <w:t>Q. What is a state in the water jug problem?</w:t>
      </w:r>
      <w:r>
        <w:br/>
        <w:t>Ans. The pair (a,b) showing the water in each jug.</w:t>
      </w:r>
    </w:p>
    <w:p>
      <w:r>
        <w:rPr>
          <w:b/>
        </w:rPr>
        <w:t>Q. What operations are allowed?</w:t>
      </w:r>
      <w:r>
        <w:br/>
        <w:t>Ans. Fill, empty, and pour water between the jugs.</w:t>
      </w:r>
    </w:p>
    <w:p>
      <w:r>
        <w:rPr>
          <w:b/>
        </w:rPr>
        <w:t>Q. Why is a visited set needed?</w:t>
      </w:r>
      <w:r>
        <w:br/>
        <w:t>Ans. To avoid cycles and repeated states.</w:t>
      </w:r>
    </w:p>
    <w:p>
      <w:r>
        <w:rPr>
          <w:b/>
        </w:rPr>
        <w:t>Q. Is DFS guaranteed to find the shortest solution?</w:t>
      </w:r>
      <w:r>
        <w:br/>
        <w:t>Ans. No. DFS may find a solution, but it does not generally guarantee the shortest path.</w:t>
      </w:r>
    </w:p>
    <w:p>
      <w:pPr>
        <w:pStyle w:val="Heading1"/>
      </w:pPr>
      <w:r>
        <w:t>Practical 10: Backtracking for 8-Queens CSP</w:t>
      </w:r>
    </w:p>
    <w:p>
      <w:r>
        <w:t>Objective: Place eight queens on an 8×8 chessboard so that no two queens attack each other.</w:t>
      </w:r>
    </w:p>
    <w:p>
      <w:r>
        <w:t>Concept: This is a Constraint Satisfaction Problem. Place one queen per row. A placement is safe if no previously placed queen shares its column or diagonal.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Begin with an empty board.</w:t>
      </w:r>
    </w:p>
    <w:p>
      <w:pPr>
        <w:pStyle w:val="ListNumber"/>
      </w:pPr>
      <w:r>
        <w:t>Place a queen in the current row in a safe column.</w:t>
      </w:r>
    </w:p>
    <w:p>
      <w:pPr>
        <w:pStyle w:val="ListNumber"/>
      </w:pPr>
      <w:r>
        <w:t>Move to the next row and repeat.</w:t>
      </w:r>
    </w:p>
    <w:p>
      <w:pPr>
        <w:pStyle w:val="ListNumber"/>
      </w:pPr>
      <w:r>
        <w:t>If no safe column exists, remove the previous queen and try another column.</w:t>
      </w:r>
    </w:p>
    <w:p>
      <w:pPr>
        <w:pStyle w:val="ListNumber"/>
      </w:pPr>
      <w:r>
        <w:t>Stop when queens have been placed in all eight rows.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N = 8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board = [-1] * 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safe(row, col):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r in range(row):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board[r] == col: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abs(board[r] - col) == abs(r - row):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solve(row):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row == N: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col in range(N):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safe(row, col):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board[row] = col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if solve(row + 1):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board[row] = -1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if solve(0):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r in range(N):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print(" ".join("Q" if board[r] == c else "." for c in range(N)))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else: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print("No solution")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One valid arrangement (Q = queen, . = empty):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Q . . . . . . 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. . . . Q . . 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. . . . . . . Q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. . . . . Q . 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. . Q . . . . 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. . . . . . Q 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. Q . . . . . 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. . . Q . . . .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backtracking?</w:t>
      </w:r>
      <w:r>
        <w:br/>
        <w:t>Ans. A technique that builds a solution incrementally and reverses a choice when it cannot lead to a valid solution.</w:t>
      </w:r>
    </w:p>
    <w:p>
      <w:r>
        <w:rPr>
          <w:b/>
        </w:rPr>
        <w:t>Q. Why is 8-Queens a CSP?</w:t>
      </w:r>
      <w:r>
        <w:br/>
        <w:t>Ans. It has variables (rows), domains (columns), and constraints (no shared columns or diagonals).</w:t>
      </w:r>
    </w:p>
    <w:p>
      <w:r>
        <w:rPr>
          <w:b/>
        </w:rPr>
        <w:t>Q. What does board[row] store?</w:t>
      </w:r>
      <w:r>
        <w:br/>
        <w:t>Ans. The column in which the queen is placed in that row.</w:t>
      </w:r>
    </w:p>
    <w:p>
      <w:r>
        <w:rPr>
          <w:b/>
        </w:rPr>
        <w:t>Q. How do we check diagonal conflict?</w:t>
      </w:r>
      <w:r>
        <w:br/>
        <w:t>Ans. Two queens share a diagonal when the absolute row difference equals the absolute column difference.</w:t>
      </w:r>
    </w:p>
    <w:p>
      <w:r>
        <w:rPr>
          <w:b/>
        </w:rPr>
        <w:t>Q. How many queens are placed in a solution?</w:t>
      </w:r>
      <w:r>
        <w:br/>
        <w:t>Ans. Eight, one in each row.</w:t>
      </w:r>
    </w:p>
    <w:p>
      <w:r>
        <w:rPr>
          <w:b/>
        </w:rPr>
        <w:t>Q. Does this code find all solutions?</w:t>
      </w:r>
      <w:r>
        <w:br/>
        <w:t>Ans. No. It stops after finding the first valid solution.</w:t>
      </w:r>
    </w:p>
    <w:p>
      <w:pPr>
        <w:pStyle w:val="Heading1"/>
      </w:pPr>
      <w:r>
        <w:t>Practical 11: Simple Rule-Based Chatbot</w:t>
      </w:r>
    </w:p>
    <w:p>
      <w:r>
        <w:t>Objective: Create a basic chatbot that responds to user messages using predefined patterns and rules.</w:t>
      </w:r>
    </w:p>
    <w:p>
      <w:r>
        <w:t>Concept: A rule-based chatbot uses keyword or pattern matching. It does not train a machine-learning model; it selects a predefined response based on the input.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Read a message from the user.</w:t>
      </w:r>
    </w:p>
    <w:p>
      <w:pPr>
        <w:pStyle w:val="ListNumber"/>
      </w:pPr>
      <w:r>
        <w:t>Convert it to lowercase for case-insensitive matching.</w:t>
      </w:r>
    </w:p>
    <w:p>
      <w:pPr>
        <w:pStyle w:val="ListNumber"/>
      </w:pPr>
      <w:r>
        <w:t>Check predefined patterns in order.</w:t>
      </w:r>
    </w:p>
    <w:p>
      <w:pPr>
        <w:pStyle w:val="ListNumber"/>
      </w:pPr>
      <w:r>
        <w:t>Display the corresponding response.</w:t>
      </w:r>
    </w:p>
    <w:p>
      <w:pPr>
        <w:pStyle w:val="ListNumber"/>
      </w:pPr>
      <w:r>
        <w:t>Continue until the user enters bye, exit, or quit.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import re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rules = [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(r"hello|hi|hey", "Hello! How can I help you?"),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(r"your name|who are you", "I am a simple rule-based chatbot."),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(r"how are you", "I am fine. Thank you!"),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(r"college|study", "I can help you with study-related questions."),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(r"bye|exit|quit", "Goodbye!")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while True: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user = input("You: ").lower()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reply = "Sorry, I did not understand."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pattern, response in rules: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re.search(pattern, user):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reply = response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break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print("Bot:", reply)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re.search(r"\b(bye|exit|quit)\b", user):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break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You: hello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Bot: Hello! How can I help you?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You: how are you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Bot: I am fine. Thank you!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You: bye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Bot: Goodbye!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a chatbot?</w:t>
      </w:r>
      <w:r>
        <w:br/>
        <w:t>Ans. A program that interacts with users through text or voice.</w:t>
      </w:r>
    </w:p>
    <w:p>
      <w:r>
        <w:rPr>
          <w:b/>
        </w:rPr>
        <w:t>Q. What is a rule-based chatbot?</w:t>
      </w:r>
      <w:r>
        <w:br/>
        <w:t>Ans. A chatbot that uses predefined rules to choose responses.</w:t>
      </w:r>
    </w:p>
    <w:p>
      <w:r>
        <w:rPr>
          <w:b/>
        </w:rPr>
        <w:t>Q. What is pattern matching?</w:t>
      </w:r>
      <w:r>
        <w:br/>
        <w:t>Ans. Checking whether user input matches a specified word or expression.</w:t>
      </w:r>
    </w:p>
    <w:p>
      <w:r>
        <w:rPr>
          <w:b/>
        </w:rPr>
        <w:t>Q. What is a regular expression?</w:t>
      </w:r>
      <w:r>
        <w:br/>
        <w:t>Ans. A pattern used to search or match text.</w:t>
      </w:r>
    </w:p>
    <w:p>
      <w:r>
        <w:rPr>
          <w:b/>
        </w:rPr>
        <w:t>Q. Does this chatbot learn from conversations?</w:t>
      </w:r>
      <w:r>
        <w:br/>
        <w:t>Ans. No. Its responses are predefined.</w:t>
      </w:r>
    </w:p>
    <w:p>
      <w:r>
        <w:rPr>
          <w:b/>
        </w:rPr>
        <w:t>Q. How can the chatbot be improved?</w:t>
      </w:r>
      <w:r>
        <w:br/>
        <w:t>Ans. Add more patterns, context handling, error handling, or connect it to a language model.</w:t>
      </w:r>
    </w:p>
    <w:p>
      <w:pPr>
        <w:pStyle w:val="Heading1"/>
      </w:pPr>
      <w:r>
        <w:t>Practical 12: Intelligent Number Guessing Agent using Higher/Lower Feedback</w:t>
      </w:r>
    </w:p>
    <w:p>
      <w:r>
        <w:t>Objective: Create an agent that finds a hidden number by repeatedly using higher/lower feedback.</w:t>
      </w:r>
    </w:p>
    <w:p>
      <w:r>
        <w:t>Concept: The agent maintains a lower and upper bound. It guesses the midpoint, then updates the range according to the user's feedback. This is binary search guided by feedback.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Set the possible range from 1 to 100.</w:t>
      </w:r>
    </w:p>
    <w:p>
      <w:pPr>
        <w:pStyle w:val="ListNumber"/>
      </w:pPr>
      <w:r>
        <w:t>Guess the midpoint of the current range.</w:t>
      </w:r>
    </w:p>
    <w:p>
      <w:pPr>
        <w:pStyle w:val="ListNumber"/>
      </w:pPr>
      <w:r>
        <w:t>Ask whether the hidden number is higher, lower, or correct.</w:t>
      </w:r>
    </w:p>
    <w:p>
      <w:pPr>
        <w:pStyle w:val="ListNumber"/>
      </w:pPr>
      <w:r>
        <w:t>If higher, update the lower bound; if lower, update the upper bound.</w:t>
      </w:r>
    </w:p>
    <w:p>
      <w:pPr>
        <w:pStyle w:val="ListNumber"/>
      </w:pPr>
      <w:r>
        <w:t>Repeat until the correct answer is received or the range becomes invalid.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low, high = 1, 100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while low &lt;= high: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guess = (low + high) // 2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print("My guess is:", guess)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reply = input("Enter higher, lower, or correct: ").lower()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reply == "correct":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print("Number guessed successfully!")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break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elif reply == "higher":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low = guess + 1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elif reply == "lower":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high = guess - 1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else: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print("Please enter a valid response.")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else: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print("Feedback was inconsistent.")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My guess is: 50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Enter higher, lower, or correct: higher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My guess is: 75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Enter higher, lower, or correct: lower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My guess is: 62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Enter higher, lower, or correct: correct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Number guessed successfully!</w:t>
      </w:r>
    </w:p>
    <w:p>
      <w:r>
        <w:t>Exam note: The hidden number is supplied by the user through feedback; the program does not generate a secret random number.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the agent trying to do?</w:t>
      </w:r>
      <w:r>
        <w:br/>
        <w:t>Ans. Identify a hidden number using feedback from the user.</w:t>
      </w:r>
    </w:p>
    <w:p>
      <w:r>
        <w:rPr>
          <w:b/>
        </w:rPr>
        <w:t>Q. What is the search range initially?</w:t>
      </w:r>
      <w:r>
        <w:br/>
        <w:t>Ans. 1 to 100.</w:t>
      </w:r>
    </w:p>
    <w:p>
      <w:r>
        <w:rPr>
          <w:b/>
        </w:rPr>
        <w:t>Q. Which algorithmic idea is used?</w:t>
      </w:r>
      <w:r>
        <w:br/>
        <w:t>Ans. Binary search.</w:t>
      </w:r>
    </w:p>
    <w:p>
      <w:r>
        <w:rPr>
          <w:b/>
        </w:rPr>
        <w:t>Q. Why is the midpoint selected?</w:t>
      </w:r>
      <w:r>
        <w:br/>
        <w:t>Ans. It approximately halves the remaining possible range.</w:t>
      </w:r>
    </w:p>
    <w:p>
      <w:r>
        <w:rPr>
          <w:b/>
        </w:rPr>
        <w:t>Q. What is the maximum number of guesses for 1 to 100?</w:t>
      </w:r>
      <w:r>
        <w:br/>
        <w:t>Ans. At most 7 guesses with correct binary feedback.</w:t>
      </w:r>
    </w:p>
    <w:p>
      <w:r>
        <w:rPr>
          <w:b/>
        </w:rPr>
        <w:t>Q. What happens if feedback is inconsistent?</w:t>
      </w:r>
      <w:r>
        <w:br/>
        <w:t>Ans. The lower bound can exceed the upper bound, and the program reports inconsistency.</w:t>
      </w:r>
    </w:p>
    <w:p>
      <w:pPr>
        <w:pStyle w:val="Heading1"/>
      </w:pPr>
      <w:r>
        <w:t>Practical 13: Goal Stack Planning for Blocks World</w:t>
      </w:r>
    </w:p>
    <w:p>
      <w:r>
        <w:t>Objective: Generate a plan to transform an initial blocks-world arrangement into a specified goal arrangement using goal-stack planning.</w:t>
      </w:r>
    </w:p>
    <w:p>
      <w:r>
        <w:t>Concept: Goal Stack Planning is a classical AI planning method. It pushes goals and subgoals onto a stack, checks action preconditions, and applies actions to achieve the desired configuration. This example uses blocks A, B, C with the initial stack C on A and the goal stack A on B on C on the table.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Represent the world using ON(block,support), CLEAR(block), and ONTABLE(block).</w:t>
      </w:r>
    </w:p>
    <w:p>
      <w:pPr>
        <w:pStyle w:val="ListNumber"/>
      </w:pPr>
      <w:r>
        <w:t>Set the goal: A on B, B on C, and C on the table.</w:t>
      </w:r>
    </w:p>
    <w:p>
      <w:pPr>
        <w:pStyle w:val="ListNumber"/>
      </w:pPr>
      <w:r>
        <w:t>To place a block, first clear it and its destination.</w:t>
      </w:r>
    </w:p>
    <w:p>
      <w:pPr>
        <w:pStyle w:val="ListNumber"/>
      </w:pPr>
      <w:r>
        <w:t>Use UNSTACK to remove a block from another block, or PICKUP to lift a block from the table.</w:t>
      </w:r>
    </w:p>
    <w:p>
      <w:pPr>
        <w:pStyle w:val="ListNumber"/>
      </w:pPr>
      <w:r>
        <w:t>Use STACK to place a held block on a clear block, or PUTDOWN to place it on the table.</w:t>
      </w:r>
    </w:p>
    <w:p>
      <w:pPr>
        <w:pStyle w:val="ListNumber"/>
      </w:pPr>
      <w:r>
        <w:t>Execute applicable actions until all goal predicates are true.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# State predicates are stored as facts.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state = {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("ON", "C", "A"),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("ONTABLE", "A"),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("ONTABLE", "B"),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("CLEAR", "C"),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("CLEAR", "B"),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("ARMEMPTY",)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}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plan = []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remove(fact):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fact in state: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state.remove(fact)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add(fact):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state.add(fact)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unstack(x, y):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("ON", x, y) in state and ("CLEAR", x) in state and ("ARMEMPTY",) in state: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remove(("ON", x, y))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remove(("CLEAR", x))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remove(("ARMEMPTY",))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add(("CLEAR", y))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add(("HOLDING", x))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plan.append("UNSTACK " + x + " from " + y)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putdown(x):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("HOLDING", x) in state: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remove(("HOLDING", x))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add(("ONTABLE", x))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add(("CLEAR", x))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add(("ARMEMPTY",))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plan.append("PUTDOWN " + x)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pickup(x):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("ONTABLE", x) in state and ("CLEAR", x) in state and ("ARMEMPTY",) in state: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remove(("ONTABLE", x))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remove(("CLEAR", x))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remove(("ARMEMPTY",))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add(("HOLDING", x))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plan.append("PICKUP " + x)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stack(x, y):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("HOLDING", x) in state and ("CLEAR", y) in state: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remove(("HOLDING", x))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remove(("CLEAR", y))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add(("ON", x, y))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add(("CLEAR", x))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add(("ARMEMPTY",))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plan.append("STACK " + x + " on " + y)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True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False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# Goal: A on B, B on C, C on table.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unstack("C", "A")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putdown("C")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pickup("B")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stack("B", "C")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pickup("A")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stack("A", "B")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print("Plan:")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for action in plan: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print(action)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print("Goal achieved:",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("ON", "A", "B") in state and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("ON", "B", "C") in state and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("ONTABLE", "C") in state)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Plan: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UNSTACK C from A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PUTDOWN C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PICKUP B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STACK B on C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PICKUP A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STACK A on B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Goal achieved: True</w:t>
      </w:r>
    </w:p>
    <w:p>
      <w:r>
        <w:t>Exam note: Important distinction: this is a compact goal-directed Blocks World planner that explicitly checks action preconditions and updates effects to achieve the specified goal. In a full general-purpose Goal Stack Planner, the goals and subgoals themselves are dynamically pushed and popped from a stack.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planning in AI?</w:t>
      </w:r>
      <w:r>
        <w:br/>
        <w:t>Ans. Finding a sequence of actions that transforms an initial state into a goal state.</w:t>
      </w:r>
    </w:p>
    <w:p>
      <w:r>
        <w:rPr>
          <w:b/>
        </w:rPr>
        <w:t>Q. What is Goal Stack Planning?</w:t>
      </w:r>
      <w:r>
        <w:br/>
        <w:t>Ans. A planning approach that uses a stack of goals, subgoals, and actions.</w:t>
      </w:r>
    </w:p>
    <w:p>
      <w:r>
        <w:rPr>
          <w:b/>
        </w:rPr>
        <w:t>Q. What is a precondition?</w:t>
      </w:r>
      <w:r>
        <w:br/>
        <w:t>Ans. A condition that must be true before an action can be performed.</w:t>
      </w:r>
    </w:p>
    <w:p>
      <w:r>
        <w:rPr>
          <w:b/>
        </w:rPr>
        <w:t>Q. What is an effect?</w:t>
      </w:r>
      <w:r>
        <w:br/>
        <w:t>Ans. A change to the world state caused by executing an action.</w:t>
      </w:r>
    </w:p>
    <w:p>
      <w:r>
        <w:rPr>
          <w:b/>
        </w:rPr>
        <w:t>Q. What does CLEAR(A) mean?</w:t>
      </w:r>
      <w:r>
        <w:br/>
        <w:t>Ans. There is no block on top of block A.</w:t>
      </w:r>
    </w:p>
    <w:p>
      <w:r>
        <w:rPr>
          <w:b/>
        </w:rPr>
        <w:t>Q. What does ARMEMPTY mean?</w:t>
      </w:r>
      <w:r>
        <w:br/>
        <w:t>Ans. The robot hand is not holding any block.</w:t>
      </w:r>
    </w:p>
    <w:p>
      <w:r>
        <w:rPr>
          <w:b/>
        </w:rPr>
        <w:t>Q. Name common Blocks World actions.</w:t>
      </w:r>
      <w:r>
        <w:br/>
        <w:t>Ans. PICKUP, PUTDOWN, STACK, and UNSTACK.</w:t>
      </w:r>
    </w:p>
    <w:p>
      <w:pPr>
        <w:pStyle w:val="Heading1"/>
      </w:pPr>
      <w:r>
        <w:t>Practical 14: Game-Playing Agent using Minimax</w:t>
      </w:r>
    </w:p>
    <w:p>
      <w:r>
        <w:t>Objective: Develop a game-playing agent that selects an optimal move using the Minimax algorithm.</w:t>
      </w:r>
    </w:p>
    <w:p>
      <w:r>
        <w:t>Concept: Minimax is used in two-player, zero-sum games. MAX chooses the highest score and MIN chooses the lowest. This Tic-Tac-Toe example uses O as the AI (MAX) and X as the opponent (MIN).</w:t>
      </w:r>
    </w:p>
    <w:p>
      <w:pPr>
        <w:pStyle w:val="Heading2"/>
      </w:pPr>
      <w:r>
        <w:t>Algorithm / Working</w:t>
      </w:r>
    </w:p>
    <w:p>
      <w:pPr>
        <w:pStyle w:val="ListNumber"/>
      </w:pPr>
      <w:r>
        <w:t>Represent the board as nine positions; a blank is represented by a space.</w:t>
      </w:r>
    </w:p>
    <w:p>
      <w:pPr>
        <w:pStyle w:val="ListNumber"/>
      </w:pPr>
      <w:r>
        <w:t>Check for a winner or draw to identify terminal states.</w:t>
      </w:r>
    </w:p>
    <w:p>
      <w:pPr>
        <w:pStyle w:val="ListNumber"/>
      </w:pPr>
      <w:r>
        <w:t>Assign utility +1 to an O win, -1 to an X win, and 0 to a draw.</w:t>
      </w:r>
    </w:p>
    <w:p>
      <w:pPr>
        <w:pStyle w:val="ListNumber"/>
      </w:pPr>
      <w:r>
        <w:t>Recursively evaluate all legal moves, alternating MAX and MIN turns.</w:t>
      </w:r>
    </w:p>
    <w:p>
      <w:pPr>
        <w:pStyle w:val="ListNumber"/>
      </w:pPr>
      <w:r>
        <w:t>Choose the empty position with the highest minimax score for O.</w:t>
      </w:r>
    </w:p>
    <w:p>
      <w:pPr>
        <w:pStyle w:val="Heading2"/>
      </w:pPr>
      <w:r>
        <w:t>Python Program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winner(b):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lines = [(0,1,2),(3,4,5),(6,7,8),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(0,3,6),(1,4,7),(2,5,8),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(0,4,8),(2,4,6)]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a,c,d in lines: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b[a] == b[c] == b[d] and b[a] != " 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return b[a]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None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minimax(b, is_max):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w = winner(b)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w == "O":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1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w == "X":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-1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" " not in b: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0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if is_max: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best = -999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i in range(9):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if b[i] == " 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b[i] = "O"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best = max(best, minimax(b, False))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b[i] = " 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best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else: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best = 999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for i in range(9):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if b[i] == " 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b[i] = "X"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best = min(best, minimax(b, True))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b[i] = " 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return best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def best_move(b):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score, move = -999, -1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for i in range(9):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if b[i] == " ":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b[i] = "O"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value = minimax(b, False)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b[i] = " 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if value &gt; score: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       score, move = value, i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return move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board = ["X","O","X",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" ","O"," ",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     " "," ","X"]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print("Current board:")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for i in range(0,9,3):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print(board[i], "|", board[i+1], "|", board[i+2])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move = best_move(board)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board[move] = "O"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print("AI chooses position:", move+1)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for i in range(0,9,3):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  print(board[i], "|", board[i+1], "|", board[i+2])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print("Winner:", winner(board))</w:t>
      </w:r>
    </w:p>
    <w:p>
      <w:pPr>
        <w:pStyle w:val="Heading2"/>
      </w:pPr>
      <w:r>
        <w:t>Expected Output / Observation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Current board: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X | O | X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| O | 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|   | X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AI chooses position: 8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X | O | X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| O |  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 xml:space="preserve">  | O | X</w:t>
      </w:r>
    </w:p>
    <w:p>
      <w:pPr>
        <w:spacing w:after="0"/>
        <w:ind w:left="216"/>
        <w:shd w:fill="F2F4F7"/>
      </w:pPr>
      <w:r>
        <w:rPr>
          <w:rFonts w:ascii="Consolas" w:hAnsi="Consolas"/>
          <w:color w:val="232323"/>
          <w:sz w:val="14"/>
        </w:rPr>
        <w:t>Winner: O</w:t>
      </w:r>
    </w:p>
    <w:p>
      <w:pPr>
        <w:pStyle w:val="Heading2"/>
      </w:pPr>
      <w:r>
        <w:t>Viva Questions with Answers</w:t>
      </w:r>
    </w:p>
    <w:p>
      <w:r>
        <w:rPr>
          <w:b/>
        </w:rPr>
        <w:t>Q. What is Minimax?</w:t>
      </w:r>
      <w:r>
        <w:br/>
        <w:t>Ans. A recursive decision algorithm that chooses the best move assuming the opponent also plays optimally.</w:t>
      </w:r>
    </w:p>
    <w:p>
      <w:r>
        <w:rPr>
          <w:b/>
        </w:rPr>
        <w:t>Q. Who are MAX and MIN?</w:t>
      </w:r>
      <w:r>
        <w:br/>
        <w:t>Ans. MAX tries to maximize utility; MIN tries to minimize utility.</w:t>
      </w:r>
    </w:p>
    <w:p>
      <w:r>
        <w:rPr>
          <w:b/>
        </w:rPr>
        <w:t>Q. What is a utility function?</w:t>
      </w:r>
      <w:r>
        <w:br/>
        <w:t>Ans. A function that assigns a numerical value to a terminal game state.</w:t>
      </w:r>
    </w:p>
    <w:p>
      <w:r>
        <w:rPr>
          <w:b/>
        </w:rPr>
        <w:t>Q. What are the terminal scores here?</w:t>
      </w:r>
      <w:r>
        <w:br/>
        <w:t>Ans. +1 for O win, -1 for X win, and 0 for draw.</w:t>
      </w:r>
    </w:p>
    <w:p>
      <w:r>
        <w:rPr>
          <w:b/>
        </w:rPr>
        <w:t>Q. What is the purpose of recursion?</w:t>
      </w:r>
      <w:r>
        <w:br/>
        <w:t>Ans. To evaluate future moves until terminal states are reached.</w:t>
      </w:r>
    </w:p>
    <w:p>
      <w:r>
        <w:rPr>
          <w:b/>
        </w:rPr>
        <w:t>Q. What is the limitation of Minimax?</w:t>
      </w:r>
      <w:r>
        <w:br/>
        <w:t>Ans. It can explore a very large game tree and become expensive for complex games.</w:t>
      </w:r>
    </w:p>
    <w:p>
      <w:r>
        <w:rPr>
          <w:b/>
        </w:rPr>
        <w:t>Q. How can Minimax be improved?</w:t>
      </w:r>
      <w:r>
        <w:br/>
        <w:t>Ans. Alpha-Beta pruning, move ordering, depth limits, and heuristic evaluation.</w:t>
      </w:r>
    </w:p>
    <w:p>
      <w:r>
        <w:br w:type="page"/>
      </w:r>
    </w:p>
    <w:p>
      <w:pPr>
        <w:pStyle w:val="Heading1"/>
      </w:pPr>
      <w:r>
        <w:t>Common Viva Questions – Quick Revision</w:t>
      </w:r>
    </w:p>
    <w:p>
      <w:r>
        <w:rPr>
          <w:b/>
        </w:rPr>
        <w:t>Q. What is Artificial Intelligence?</w:t>
      </w:r>
      <w:r>
        <w:br/>
        <w:t>Ans. The field of building systems that perform tasks requiring abilities such as reasoning, learning, perception, and decision-making.</w:t>
      </w:r>
    </w:p>
    <w:p>
      <w:r>
        <w:rPr>
          <w:b/>
        </w:rPr>
        <w:t>Q. What is an AI agent?</w:t>
      </w:r>
      <w:r>
        <w:br/>
        <w:t>Ans. An entity that perceives its environment and takes actions to achieve goals.</w:t>
      </w:r>
    </w:p>
    <w:p>
      <w:r>
        <w:rPr>
          <w:b/>
        </w:rPr>
        <w:t>Q. What is a rational agent?</w:t>
      </w:r>
      <w:r>
        <w:br/>
        <w:t>Ans. An agent that chooses actions expected to maximize its performance measure based on available information.</w:t>
      </w:r>
    </w:p>
    <w:p>
      <w:r>
        <w:rPr>
          <w:b/>
        </w:rPr>
        <w:t>Q. What is a search problem?</w:t>
      </w:r>
      <w:r>
        <w:br/>
        <w:t>Ans. A problem defined by an initial state, actions, transition model, goal test, and often a path cost.</w:t>
      </w:r>
    </w:p>
    <w:p>
      <w:r>
        <w:rPr>
          <w:b/>
        </w:rPr>
        <w:t>Q. What is a state?</w:t>
      </w:r>
      <w:r>
        <w:br/>
        <w:t>Ans. A representation of a particular configuration of a problem.</w:t>
      </w:r>
    </w:p>
    <w:p>
      <w:r>
        <w:rPr>
          <w:b/>
        </w:rPr>
        <w:t>Q. What is a goal test?</w:t>
      </w:r>
      <w:r>
        <w:br/>
        <w:t>Ans. A test that determines whether a state satisfies the required objective.</w:t>
      </w:r>
    </w:p>
    <w:p>
      <w:r>
        <w:rPr>
          <w:b/>
        </w:rPr>
        <w:t>Q. What is an uninformed search?</w:t>
      </w:r>
      <w:r>
        <w:br/>
        <w:t>Ans. A search method that does not use heuristic information, such as BFS and DFS.</w:t>
      </w:r>
    </w:p>
    <w:p>
      <w:r>
        <w:rPr>
          <w:b/>
        </w:rPr>
        <w:t>Q. What is an informed search?</w:t>
      </w:r>
      <w:r>
        <w:br/>
        <w:t>Ans. A search method that uses additional knowledge, usually a heuristic, such as A*.</w:t>
      </w:r>
    </w:p>
    <w:p>
      <w:r>
        <w:rPr>
          <w:b/>
        </w:rPr>
        <w:t>Q. What is a heuristic?</w:t>
      </w:r>
      <w:r>
        <w:br/>
        <w:t>Ans. An estimate of the remaining cost or distance to the goal.</w:t>
      </w:r>
    </w:p>
    <w:p>
      <w:r>
        <w:rPr>
          <w:b/>
        </w:rPr>
        <w:t>Q. What is a complete algorithm?</w:t>
      </w:r>
      <w:r>
        <w:br/>
        <w:t>Ans. An algorithm guaranteed to find a solution if one exists, under its stated assumptions.</w:t>
      </w:r>
    </w:p>
    <w:p>
      <w:r>
        <w:rPr>
          <w:b/>
        </w:rPr>
        <w:t>Q. What is an optimal algorithm?</w:t>
      </w:r>
      <w:r>
        <w:br/>
        <w:t>Ans. An algorithm that returns a least-cost solution when one exists.</w:t>
      </w:r>
    </w:p>
    <w:p>
      <w:r>
        <w:rPr>
          <w:b/>
        </w:rPr>
        <w:t>Q. What is a constraint?</w:t>
      </w:r>
      <w:r>
        <w:br/>
        <w:t>Ans. A rule that restricts which combinations of variable values are allowed.</w:t>
      </w:r>
    </w:p>
    <w:p>
      <w:r>
        <w:rPr>
          <w:b/>
        </w:rPr>
        <w:t>Q. What is backtracking search?</w:t>
      </w:r>
      <w:r>
        <w:br/>
        <w:t>Ans. A depth-first method that incrementally assigns values and reverses choices when constraints are violated.</w:t>
      </w:r>
    </w:p>
    <w:p>
      <w:r>
        <w:rPr>
          <w:b/>
        </w:rPr>
        <w:t>Q. What is a planning action?</w:t>
      </w:r>
      <w:r>
        <w:br/>
        <w:t>Ans. An operation with preconditions and effects that changes the world state.</w:t>
      </w:r>
    </w:p>
    <w:p>
      <w:r>
        <w:rPr>
          <w:b/>
        </w:rPr>
        <w:t>Q. What is the difference between BFS and A*?</w:t>
      </w:r>
      <w:r>
        <w:br/>
        <w:t>Ans. BFS expands by depth; A* orders states using path cost plus a heuristic estimate.</w:t>
      </w:r>
    </w:p>
    <w:p>
      <w:r>
        <w:rPr>
          <w:b/>
        </w:rPr>
        <w:t>Q. What is the difference between Minimax and Alpha-Beta pruning?</w:t>
      </w:r>
      <w:r>
        <w:br/>
        <w:t>Ans. Alpha-Beta pruning speeds up Minimax by skipping branches that cannot change the decision.</w:t>
      </w:r>
    </w:p>
    <w:p>
      <w:pPr>
        <w:pStyle w:val="Heading1"/>
      </w:pPr>
      <w:r>
        <w:t>Algorithm Comparison Table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Algorithm</w:t>
            </w:r>
          </w:p>
        </w:tc>
        <w:tc>
          <w:tcPr>
            <w:tcW w:type="dxa" w:w="3408"/>
          </w:tcPr>
          <w:p>
            <w:r>
              <w:t>Main data structure / idea</w:t>
            </w:r>
          </w:p>
        </w:tc>
        <w:tc>
          <w:tcPr>
            <w:tcW w:type="dxa" w:w="3408"/>
          </w:tcPr>
          <w:p>
            <w:r>
              <w:t>Typical use in this guide</w:t>
            </w:r>
          </w:p>
        </w:tc>
      </w:tr>
      <w:tr>
        <w:tc>
          <w:tcPr>
            <w:tcW w:type="dxa" w:w="3408"/>
            <w:vAlign w:val="center"/>
          </w:tcPr>
          <w:p>
            <w:r>
              <w:t>BFS</w:t>
            </w:r>
          </w:p>
        </w:tc>
        <w:tc>
          <w:tcPr>
            <w:tcW w:type="dxa" w:w="3408"/>
            <w:vAlign w:val="center"/>
          </w:tcPr>
          <w:p>
            <w:r>
              <w:t>FIFO queue; level by level</w:t>
            </w:r>
          </w:p>
        </w:tc>
        <w:tc>
          <w:tcPr>
            <w:tcW w:type="dxa" w:w="3408"/>
            <w:vAlign w:val="center"/>
          </w:tcPr>
          <w:p>
            <w:r>
              <w:t>Grid path planning, state-space search</w:t>
            </w:r>
          </w:p>
        </w:tc>
      </w:tr>
      <w:tr>
        <w:tc>
          <w:tcPr>
            <w:tcW w:type="dxa" w:w="3408"/>
            <w:vAlign w:val="center"/>
          </w:tcPr>
          <w:p>
            <w:r>
              <w:t>DFS</w:t>
            </w:r>
          </w:p>
        </w:tc>
        <w:tc>
          <w:tcPr>
            <w:tcW w:type="dxa" w:w="3408"/>
            <w:vAlign w:val="center"/>
          </w:tcPr>
          <w:p>
            <w:r>
              <w:t>Stack / recursion; go deep first</w:t>
            </w:r>
          </w:p>
        </w:tc>
        <w:tc>
          <w:tcPr>
            <w:tcW w:type="dxa" w:w="3408"/>
            <w:vAlign w:val="center"/>
          </w:tcPr>
          <w:p>
            <w:r>
              <w:t>Water jug, backtracking</w:t>
            </w:r>
          </w:p>
        </w:tc>
      </w:tr>
      <w:tr>
        <w:tc>
          <w:tcPr>
            <w:tcW w:type="dxa" w:w="3408"/>
            <w:vAlign w:val="center"/>
          </w:tcPr>
          <w:p>
            <w:r>
              <w:t>A*</w:t>
            </w:r>
          </w:p>
        </w:tc>
        <w:tc>
          <w:tcPr>
            <w:tcW w:type="dxa" w:w="3408"/>
            <w:vAlign w:val="center"/>
          </w:tcPr>
          <w:p>
            <w:r>
              <w:t>Priority queue; f=g+h</w:t>
            </w:r>
          </w:p>
        </w:tc>
        <w:tc>
          <w:tcPr>
            <w:tcW w:type="dxa" w:w="3408"/>
            <w:vAlign w:val="center"/>
          </w:tcPr>
          <w:p>
            <w:r>
              <w:t>8-puzzle</w:t>
            </w:r>
          </w:p>
        </w:tc>
      </w:tr>
      <w:tr>
        <w:tc>
          <w:tcPr>
            <w:tcW w:type="dxa" w:w="3408"/>
            <w:vAlign w:val="center"/>
          </w:tcPr>
          <w:p>
            <w:r>
              <w:t>Minimax</w:t>
            </w:r>
          </w:p>
        </w:tc>
        <w:tc>
          <w:tcPr>
            <w:tcW w:type="dxa" w:w="3408"/>
            <w:vAlign w:val="center"/>
          </w:tcPr>
          <w:p>
            <w:r>
              <w:t>Recursive MAX/MIN tree evaluation</w:t>
            </w:r>
          </w:p>
        </w:tc>
        <w:tc>
          <w:tcPr>
            <w:tcW w:type="dxa" w:w="3408"/>
            <w:vAlign w:val="center"/>
          </w:tcPr>
          <w:p>
            <w:r>
              <w:t>Tic-Tac-Toe</w:t>
            </w:r>
          </w:p>
        </w:tc>
      </w:tr>
      <w:tr>
        <w:tc>
          <w:tcPr>
            <w:tcW w:type="dxa" w:w="3408"/>
            <w:vAlign w:val="center"/>
          </w:tcPr>
          <w:p>
            <w:r>
              <w:t>Alpha-Beta</w:t>
            </w:r>
          </w:p>
        </w:tc>
        <w:tc>
          <w:tcPr>
            <w:tcW w:type="dxa" w:w="3408"/>
            <w:vAlign w:val="center"/>
          </w:tcPr>
          <w:p>
            <w:r>
              <w:t>Minimax bounds alpha and beta</w:t>
            </w:r>
          </w:p>
        </w:tc>
        <w:tc>
          <w:tcPr>
            <w:tcW w:type="dxa" w:w="3408"/>
            <w:vAlign w:val="center"/>
          </w:tcPr>
          <w:p>
            <w:r>
              <w:t>Pruning game-tree branches</w:t>
            </w:r>
          </w:p>
        </w:tc>
      </w:tr>
      <w:tr>
        <w:tc>
          <w:tcPr>
            <w:tcW w:type="dxa" w:w="3408"/>
            <w:vAlign w:val="center"/>
          </w:tcPr>
          <w:p>
            <w:r>
              <w:t>Backtracking</w:t>
            </w:r>
          </w:p>
        </w:tc>
        <w:tc>
          <w:tcPr>
            <w:tcW w:type="dxa" w:w="3408"/>
            <w:vAlign w:val="center"/>
          </w:tcPr>
          <w:p>
            <w:r>
              <w:t>Try, check, undo</w:t>
            </w:r>
          </w:p>
        </w:tc>
        <w:tc>
          <w:tcPr>
            <w:tcW w:type="dxa" w:w="3408"/>
            <w:vAlign w:val="center"/>
          </w:tcPr>
          <w:p>
            <w:r>
              <w:t>Sudoku, 8-Queens</w:t>
            </w:r>
          </w:p>
        </w:tc>
      </w:tr>
      <w:tr>
        <w:tc>
          <w:tcPr>
            <w:tcW w:type="dxa" w:w="3408"/>
            <w:vAlign w:val="center"/>
          </w:tcPr>
          <w:p>
            <w:r>
              <w:t>Local Beam Search</w:t>
            </w:r>
          </w:p>
        </w:tc>
        <w:tc>
          <w:tcPr>
            <w:tcW w:type="dxa" w:w="3408"/>
            <w:vAlign w:val="center"/>
          </w:tcPr>
          <w:p>
            <w:r>
              <w:t>Keep k candidate states</w:t>
            </w:r>
          </w:p>
        </w:tc>
        <w:tc>
          <w:tcPr>
            <w:tcW w:type="dxa" w:w="3408"/>
            <w:vAlign w:val="center"/>
          </w:tcPr>
          <w:p>
            <w:r>
              <w:t>TSP</w:t>
            </w:r>
          </w:p>
        </w:tc>
      </w:tr>
      <w:tr>
        <w:tc>
          <w:tcPr>
            <w:tcW w:type="dxa" w:w="3408"/>
            <w:vAlign w:val="center"/>
          </w:tcPr>
          <w:p>
            <w:r>
              <w:t>Goal Stack Planning</w:t>
            </w:r>
          </w:p>
        </w:tc>
        <w:tc>
          <w:tcPr>
            <w:tcW w:type="dxa" w:w="3408"/>
            <w:vAlign w:val="center"/>
          </w:tcPr>
          <w:p>
            <w:r>
              <w:t>Goals, subgoals, preconditions/effects</w:t>
            </w:r>
          </w:p>
        </w:tc>
        <w:tc>
          <w:tcPr>
            <w:tcW w:type="dxa" w:w="3408"/>
            <w:vAlign w:val="center"/>
          </w:tcPr>
          <w:p>
            <w:r>
              <w:t>Blocks World</w:t>
            </w:r>
          </w:p>
        </w:tc>
      </w:tr>
    </w:tbl>
    <w:p>
      <w:pPr>
        <w:pStyle w:val="Heading1"/>
      </w:pPr>
      <w:r>
        <w:t>Last-Minute Practical Exam Checklist</w:t>
      </w:r>
    </w:p>
    <w:p>
      <w:pPr>
        <w:pStyle w:val="ListBullet"/>
      </w:pPr>
      <w:r>
        <w:t>Know the practical title and objective in your own words.</w:t>
      </w:r>
    </w:p>
    <w:p>
      <w:pPr>
        <w:pStyle w:val="ListBullet"/>
      </w:pPr>
      <w:r>
        <w:t>Be able to identify the initial state, goal state, and legal actions.</w:t>
      </w:r>
    </w:p>
    <w:p>
      <w:pPr>
        <w:pStyle w:val="ListBullet"/>
      </w:pPr>
      <w:r>
        <w:t>Know why the chosen data structure is used: queue, stack, priority queue, set, or recursion.</w:t>
      </w:r>
    </w:p>
    <w:p>
      <w:pPr>
        <w:pStyle w:val="ListBullet"/>
      </w:pPr>
      <w:r>
        <w:t>Explain the key formula: A* uses f(n)=g(n)+h(n); Minimax alternates MAX and MIN; alpha-beta prunes when alpha &gt;= beta.</w:t>
      </w:r>
    </w:p>
    <w:p>
      <w:pPr>
        <w:pStyle w:val="ListBullet"/>
      </w:pPr>
      <w:r>
        <w:t>Know one limitation of each algorithm.</w:t>
      </w:r>
    </w:p>
    <w:p>
      <w:pPr>
        <w:pStyle w:val="ListBullet"/>
      </w:pPr>
      <w:r>
        <w:t>Run your program and check that the output corresponds to the sample input.</w:t>
      </w:r>
    </w:p>
    <w:p>
      <w:pPr>
        <w:pStyle w:val="ListBullet"/>
      </w:pPr>
      <w:r>
        <w:t>If asked to change the input, explain which variables or data structures must be updated.</w:t>
      </w:r>
    </w:p>
    <w:p>
      <w:pPr>
        <w:pStyle w:val="Heading1"/>
      </w:pPr>
      <w:r>
        <w:t>Syllabus Alignment Note</w:t>
      </w:r>
    </w:p>
    <w:p>
      <w:r>
        <w:t>The 14 practical titles in this guide follow the supplied SPPU PCC304COM syllabus: seven Part A assignments and seven Part B assignments. The syllabus also lists a separate Part C mini-project (medical diagnosis expert system or rule-based recommendation system); it is not counted among these 14 practicals. The examples and code are study implementations intended to demonstrate the named techniques. Follow your instructor's required problem variant if it differs.</w:t>
      </w:r>
    </w:p>
    <w:p>
      <w:r>
        <w:t>Practical journal write-ups may additionally require date, objectives, problem statement, software/hardware requirements, theory, algorithm, flowchart, test cases, output, and conclusion, as directed by the laboratory instructor.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AI Laboratory Practical &amp; Viva Study Guide</w:t>
    </w:r>
    <w:r>
      <w:t xml:space="preserve">   | 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sz w:val="16"/>
      </w:rPr>
      <w:t>SPPU • TE Computer Engineering • PCC304COM Artificial Intelligence Laboratory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4E7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666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